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909090"/>
          <w:sz w:val="17"/>
        </w:rPr>
        <w:t>ЧЕРНОВИК / ОБРАЗЕЦ. Текст шаблонный, подлежит выверке с юристом ассоциации перед использованием.</w:t>
      </w:r>
    </w:p>
    <w:p>
      <w:pPr>
        <w:jc w:val="right"/>
      </w:pPr>
      <w:r>
        <w:rPr>
          <w:sz w:val="20"/>
        </w:rPr>
        <w:t>В Дирекцию</w:t>
        <w:br/>
        <w:t>ОИПиЮЛ «Предприниматели Электронной Торговли Казахстана ECOMMERCE-KZ»</w:t>
      </w:r>
    </w:p>
    <w:p>
      <w:pPr>
        <w:jc w:val="center"/>
      </w:pPr>
      <w:r>
        <w:rPr>
          <w:b/>
          <w:color w:val="0B2A4A"/>
          <w:sz w:val="32"/>
        </w:rPr>
        <w:t>ЗАЯВЛЕНИЕ</w:t>
        <w:br/>
        <w:t>о вступлении в члены ассоциации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От: _______________________________________________________________  (ФИО / наименование ИП/ТОО)</w:t>
      </w:r>
    </w:p>
    <w:p>
      <w:r>
        <w:rPr>
          <w:b w:val="0"/>
          <w:sz w:val="22"/>
        </w:rPr>
        <w:t>ИИН / БИН: ________________________   Телефон / WhatsApp: ________________________</w:t>
      </w:r>
    </w:p>
    <w:p>
      <w:r>
        <w:rPr>
          <w:b w:val="0"/>
          <w:sz w:val="22"/>
        </w:rPr>
        <w:t>Маркетплейсы (Kaspi / Wildberries / Ozon и др.): ____________________________________</w:t>
      </w:r>
    </w:p>
    <w:p>
      <w:r>
        <w:rPr>
          <w:b w:val="0"/>
          <w:sz w:val="22"/>
        </w:rPr>
        <w:t>Telegram: ________________________   E-mail: ________________________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Прошу принять меня в члены ОИПиЮЛ «Предприниматели Электронной Торговли Казахстана ECOMMERCE-KZ». С Уставом ассоциации и Положением о членских взносах ознакомлен(а) и обязуюсь их соблюдать. Подтверждаю достоверность указанных данных и согласие на обработку персональных данных.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Размер вступительного/членского взноса: 12 975 ₸.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Дата: «____» __________ 20___ г.            Подпись: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